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903720" cy="97614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97614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903720" cy="976143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97614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903720" cy="976143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97614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903720" cy="976143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97614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903720" cy="976143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97614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903720" cy="976143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976143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